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חידון הרובוטים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המתארות 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ספירת אותיות במילים ואיתור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אסטרטגיות הבנת הנקרא ומשפט 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קוראים שוב ומנחשים מההקשר, או שואלים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עצב הוא תחושה,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עדיף לקרוא שוב ולנחש מההקשר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להפך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(קרוב)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(עצוב)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(איטי)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הצעדים הנכונים כשלא מבינים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שמים לב שיש מילה לא מובנת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שוב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מנסים לנחש את המשמעות מההקשר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עדיין לא ברור, שואלים או בודקים במילון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אני. אני הולך. אני הולך לבית. אני הולך לבית הספר.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שמתארת תחושה כמו שמחה, עצב, פחד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קוראים שוב ומנחשים מההקשר, או שואלים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בחזרה על החידון המקורי ואז לעבור לדף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להשמיט את הפריטים המסומנים כקשים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דוגמאות נוספות למשפטי פירמידה לפני הכתיבה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חידון הרובוטים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כמה נושאים מחידון הרובוטים: רגשות, הפכים, ספירת אותיות, מה עושים כשלא מבינים מילה, ומה זה משפט פירמידה.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קטן  ·  הקשר  ·  שמחה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מתארת רגש?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מילה יש 3 אותיות?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עושים כשלא מבינים מילה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מדלגים על כל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מפסיקים לקרוא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קוראים שוב ומנחשים מההקשר, או שואלים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'עצב' מתארת רגש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כשלא מבינים מילה כדאי מיד להפסיק לקרוא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מילה שמתארת רגש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ההפך של המילה 'גדול'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כשלא מבינים מילה כדאי לקרוא שוב ולנחש מה__________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להפך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רחוק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איטי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עצוב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הצעדים הנכונים כשלא מבינים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עדיין לא ברור, שואלים או בודקים במילון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מנסים לנחש את המשמעות מההקשר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שמים לב שיש מילה לא מובנת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שוב את המשפט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פירמידה קצר משלכם, שגדל מילה אחרי מילה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שמתארת רגש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ההפך של 'קטן'?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חידון הרובוטים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