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המתארות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אותיות במילים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הבנת הנקרא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קוראים שוב ומנחשים מההקשר, או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שגדל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עצב הוא תחושה,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לקרוא שוב ולנחש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שתי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במילה ספר יש 3 אותיות: ס,פ,ר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משפט 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כשלא מבינים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שיש מילה לא מובנת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שוב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לנחש את המשמעות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עדיין לא ברור, שואלים או בודקים 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אני. אני הולך. אני הולך לבית. אני הולך לבית הספר.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כעס, פחד, התרגשות, גאווה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שמתארת תחושה כמו שמחה, עצב, 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שוב ומנחשים מההקשר, או 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על החידון המקורי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למשפטי פירמידה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קלים על: רגשות, הפכים, אותיות במילים, ומשפט פירמידה.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כמו שמחה, עצב,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הפוכה במשמעות, כמו גדול-קטן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שמסביב שעוזרות להבין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פירמידה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שגדל מילה אחרי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כתוב, כמו א, ב, 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 מהקשר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מילה לפי מה שכתוב 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קצרה עם 3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לעשות כשלא מבינים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מדלגים על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מפסיקים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שוב ומנחשים מההקשר, או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שגדל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עם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על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קצר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ההפך של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'עצב' מתארת 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כשלא מבינים מילה כדאי מיד להפסיק לקרוא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'קטן' הוא 'גדול'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'ספר' יש 4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פירמידה הוא משפט שגדל מילה אחרי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רגש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כשלא מבינים מילה כדאי לקרוא שוב ולנחש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'מחברת'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שגדל מילה אחרי מילה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כשלא מבינים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לנחש את המשמעות מההקשר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לא ברור, שואלים או בודקים במילון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שיש מילה לא מובנת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את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פירמידה קצר משלכם, שגדל מילה אחרי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שמתארות רגשות, חוץ מהדוגמאות שהופיעו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שמתארת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כשנתקלים במילה לא מובנת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