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המתארות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אותיות במילים ואיתור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אסטרטגיות הבנת הנקרא ומשפט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קוראים שוב ומנחשים מההקשר, או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שגדל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עצב הוא תחושה,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לקרוא שוב ולנחש מההקשר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שתי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במילה ספר יש 3 אותיות: ס,פ,ר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משפט 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(חלש)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כשלא מבינים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שיש מילה לא מובנת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שוב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 לנחש את המשמעות מההקשר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עדיין לא ברור, שואלים או בודקים במילון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אני. אני הולך. אני הולך לבית. אני הולך לבית הספר.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כעס, פחד, התרגשות, גאווה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שמתארת תחושה כמו שמחה, עצב, 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שוב ומנחשים מההקשר, או שואלים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בחזרה על החידון המקורי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נוספות למשפטי פירמידה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כמה נושאים מחידון הרובוטים: רגשות, הפכים, ספירת אותיות, מה עושים כשלא מבינים מילה, ומה זה משפט פירמידה.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יש 3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כשלא מבינים מילה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מדלגים על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מפסיקים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שוב ומנחשים מההקשר, או שואלים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משפט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שגדל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עם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על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קצר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ההפך של 'רחוק'?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'עצב' מתארת 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כשלא מבינים מילה כדאי מיד להפסיק לקרוא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'קטן' הוא 'גדול'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'ספר' יש 4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פירמידה הוא משפט שגדל מילה אחרי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שמתארת רגש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כשלא מבינים מילה כדאי לקרוא שוב ולנחש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'מחברת' יש __________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שגדל מילה אחרי מילה נקרא 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 כשלא מבינים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שיש מילה לא מובנת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שוב את המשפט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לנחש את המשמעות מההקשר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עדיין לא ברור, שואלים או בודקים במילון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פירמידה קצר משלכם, שגדל מילה אחרי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שמתארות רגשות, חוץ מהדוגמאות שהופיעו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שמתארת רגש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'קטן'?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כשנתקלים במילה לא מובנת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הרובוטים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